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C1E7D" w14:textId="3563BCA9" w:rsidR="00BD40BA" w:rsidRPr="00BD40BA" w:rsidRDefault="00C93BC1" w:rsidP="00BD40BA">
      <w:pPr>
        <w:pStyle w:val="Bezodstpw"/>
        <w:jc w:val="center"/>
        <w:rPr>
          <w:b/>
          <w:bCs/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B1DA456" wp14:editId="1BA95F1D">
            <wp:simplePos x="0" y="0"/>
            <wp:positionH relativeFrom="column">
              <wp:posOffset>3025140</wp:posOffset>
            </wp:positionH>
            <wp:positionV relativeFrom="paragraph">
              <wp:posOffset>-456565</wp:posOffset>
            </wp:positionV>
            <wp:extent cx="1219200" cy="376202"/>
            <wp:effectExtent l="0" t="0" r="0" b="0"/>
            <wp:wrapNone/>
            <wp:docPr id="49982196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7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0BA">
        <w:rPr>
          <w:b/>
          <w:bCs/>
          <w:noProof/>
          <w:sz w:val="28"/>
          <w:szCs w:val="28"/>
          <w:lang w:val="pl-PL"/>
        </w:rPr>
        <w:t xml:space="preserve"> </w:t>
      </w:r>
      <w:r w:rsidR="00BD40BA" w:rsidRPr="00BD40BA">
        <w:rPr>
          <w:b/>
          <w:bCs/>
          <w:noProof/>
          <w:sz w:val="28"/>
          <w:szCs w:val="28"/>
          <w:lang w:val="pl-PL"/>
        </w:rPr>
        <w:drawing>
          <wp:anchor distT="0" distB="0" distL="114300" distR="114300" simplePos="0" relativeHeight="251658240" behindDoc="1" locked="0" layoutInCell="1" allowOverlap="1" wp14:anchorId="28269D69" wp14:editId="5EE6E9ED">
            <wp:simplePos x="0" y="0"/>
            <wp:positionH relativeFrom="column">
              <wp:posOffset>4635500</wp:posOffset>
            </wp:positionH>
            <wp:positionV relativeFrom="paragraph">
              <wp:posOffset>-533400</wp:posOffset>
            </wp:positionV>
            <wp:extent cx="1993853" cy="1409700"/>
            <wp:effectExtent l="0" t="0" r="0" b="0"/>
            <wp:wrapNone/>
            <wp:docPr id="2265703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853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0BA" w:rsidRPr="00BD40BA">
        <w:rPr>
          <w:b/>
          <w:bCs/>
          <w:sz w:val="28"/>
          <w:szCs w:val="28"/>
          <w:lang w:val="pl-PL"/>
        </w:rPr>
        <w:t>ZGODA NA UDZIAŁ W TRENINGU INTEGRACYJNYM (DZIECKO)</w:t>
      </w:r>
      <w:r w:rsidR="00BD40BA">
        <w:rPr>
          <w:b/>
          <w:bCs/>
          <w:sz w:val="28"/>
          <w:szCs w:val="28"/>
          <w:lang w:val="pl-PL"/>
        </w:rPr>
        <w:t xml:space="preserve"> </w:t>
      </w:r>
    </w:p>
    <w:p w14:paraId="00C3DF5A" w14:textId="77777777" w:rsidR="00BD40BA" w:rsidRDefault="00BD40BA">
      <w:pPr>
        <w:rPr>
          <w:lang w:val="pl-PL"/>
        </w:rPr>
      </w:pPr>
    </w:p>
    <w:p w14:paraId="144B9625" w14:textId="64CF5384" w:rsidR="00A516EE" w:rsidRDefault="00000000" w:rsidP="00BD40BA">
      <w:pPr>
        <w:pStyle w:val="Bezodstpw"/>
        <w:rPr>
          <w:lang w:val="pl-PL"/>
        </w:rPr>
      </w:pPr>
      <w:r w:rsidRPr="00BD40BA">
        <w:rPr>
          <w:lang w:val="pl-PL"/>
        </w:rPr>
        <w:t>Ja, niżej podpisany/-a rodzic/opiekun prawny:</w:t>
      </w:r>
    </w:p>
    <w:p w14:paraId="56E686D7" w14:textId="77777777" w:rsidR="00BD40BA" w:rsidRPr="00BD40BA" w:rsidRDefault="00BD40BA" w:rsidP="00BD40BA">
      <w:pPr>
        <w:pStyle w:val="Bezodstpw"/>
        <w:rPr>
          <w:lang w:val="pl-PL"/>
        </w:rPr>
      </w:pPr>
    </w:p>
    <w:p w14:paraId="32CBCAA1" w14:textId="77777777" w:rsidR="00A516EE" w:rsidRDefault="00000000" w:rsidP="00BD40BA">
      <w:pPr>
        <w:pStyle w:val="Bezodstpw"/>
        <w:rPr>
          <w:lang w:val="pl-PL"/>
        </w:rPr>
      </w:pPr>
      <w:r w:rsidRPr="00BD40BA">
        <w:rPr>
          <w:lang w:val="pl-PL"/>
        </w:rPr>
        <w:t>Imię i nazwisko: ......................................................</w:t>
      </w:r>
    </w:p>
    <w:p w14:paraId="1F2F7BC7" w14:textId="77777777" w:rsidR="00BD40BA" w:rsidRPr="00BD40BA" w:rsidRDefault="00BD40BA" w:rsidP="00BD40BA">
      <w:pPr>
        <w:pStyle w:val="Bezodstpw"/>
        <w:rPr>
          <w:lang w:val="pl-PL"/>
        </w:rPr>
      </w:pPr>
    </w:p>
    <w:p w14:paraId="4F295D60" w14:textId="77777777" w:rsidR="00A516EE" w:rsidRDefault="00000000" w:rsidP="00BD40BA">
      <w:pPr>
        <w:pStyle w:val="Bezodstpw"/>
        <w:rPr>
          <w:lang w:val="pl-PL"/>
        </w:rPr>
      </w:pPr>
      <w:r w:rsidRPr="00BD40BA">
        <w:rPr>
          <w:lang w:val="pl-PL"/>
        </w:rPr>
        <w:t>Data urodzenia: ......................................................</w:t>
      </w:r>
    </w:p>
    <w:p w14:paraId="1D8480C9" w14:textId="77777777" w:rsidR="00BD40BA" w:rsidRPr="00BD40BA" w:rsidRDefault="00BD40BA" w:rsidP="00BD40BA">
      <w:pPr>
        <w:pStyle w:val="Bezodstpw"/>
        <w:rPr>
          <w:lang w:val="pl-PL"/>
        </w:rPr>
      </w:pPr>
    </w:p>
    <w:p w14:paraId="14FDD94D" w14:textId="71085A29" w:rsidR="00A516EE" w:rsidRDefault="00000000" w:rsidP="00BD40BA">
      <w:pPr>
        <w:pStyle w:val="Bezodstpw"/>
        <w:rPr>
          <w:lang w:val="pl-PL"/>
        </w:rPr>
      </w:pPr>
      <w:r w:rsidRPr="00BD40BA">
        <w:rPr>
          <w:lang w:val="pl-PL"/>
        </w:rPr>
        <w:t>Adres e-mail / tel.: ......................................................</w:t>
      </w:r>
    </w:p>
    <w:p w14:paraId="5709A396" w14:textId="77777777" w:rsidR="00BD40BA" w:rsidRPr="00BD40BA" w:rsidRDefault="00BD40BA" w:rsidP="00BD40BA">
      <w:pPr>
        <w:pStyle w:val="Bezodstpw"/>
        <w:rPr>
          <w:lang w:val="pl-PL"/>
        </w:rPr>
      </w:pPr>
    </w:p>
    <w:p w14:paraId="69860C14" w14:textId="77777777" w:rsidR="00A516EE" w:rsidRDefault="00000000" w:rsidP="00BD40BA">
      <w:pPr>
        <w:pStyle w:val="Bezodstpw"/>
        <w:rPr>
          <w:lang w:val="pl-PL"/>
        </w:rPr>
      </w:pPr>
      <w:r w:rsidRPr="00BD40BA">
        <w:rPr>
          <w:lang w:val="pl-PL"/>
        </w:rPr>
        <w:t>działając jako przedstawiciel ustawowy małoletniego:</w:t>
      </w:r>
    </w:p>
    <w:p w14:paraId="45CDB35F" w14:textId="77777777" w:rsidR="00BD40BA" w:rsidRPr="00BD40BA" w:rsidRDefault="00BD40BA" w:rsidP="00BD40BA">
      <w:pPr>
        <w:pStyle w:val="Bezodstpw"/>
        <w:rPr>
          <w:lang w:val="pl-PL"/>
        </w:rPr>
      </w:pPr>
    </w:p>
    <w:p w14:paraId="43E1BCC3" w14:textId="5A7DCF46" w:rsidR="00A516EE" w:rsidRDefault="00000000" w:rsidP="00BD40BA">
      <w:pPr>
        <w:pStyle w:val="Bezodstpw"/>
        <w:rPr>
          <w:lang w:val="pl-PL"/>
        </w:rPr>
      </w:pPr>
      <w:r w:rsidRPr="00BD40BA">
        <w:rPr>
          <w:lang w:val="pl-PL"/>
        </w:rPr>
        <w:t>Imię i nazwisko dziecka: ......................................................</w:t>
      </w:r>
      <w:r w:rsidR="00BD40BA">
        <w:rPr>
          <w:lang w:val="pl-PL"/>
        </w:rPr>
        <w:t xml:space="preserve">         </w:t>
      </w:r>
      <w:r w:rsidRPr="00BD40BA">
        <w:rPr>
          <w:lang w:val="pl-PL"/>
        </w:rPr>
        <w:t>Data urodzenia dziecka: .............</w:t>
      </w:r>
      <w:r w:rsidR="00BD40BA">
        <w:rPr>
          <w:lang w:val="pl-PL"/>
        </w:rPr>
        <w:t xml:space="preserve"> </w:t>
      </w:r>
    </w:p>
    <w:p w14:paraId="464A4CD4" w14:textId="77777777" w:rsidR="00BD40BA" w:rsidRPr="00BD40BA" w:rsidRDefault="00BD40BA" w:rsidP="00BD40BA">
      <w:pPr>
        <w:pStyle w:val="Bezodstpw"/>
        <w:rPr>
          <w:lang w:val="pl-PL"/>
        </w:rPr>
      </w:pPr>
    </w:p>
    <w:p w14:paraId="725491A9" w14:textId="76DB20CF" w:rsidR="00A516EE" w:rsidRPr="00BD40BA" w:rsidRDefault="00000000" w:rsidP="00BD40BA">
      <w:pPr>
        <w:rPr>
          <w:lang w:val="pl-PL"/>
        </w:rPr>
      </w:pPr>
      <w:r w:rsidRPr="00BD40BA">
        <w:rPr>
          <w:lang w:val="pl-PL"/>
        </w:rPr>
        <w:t xml:space="preserve">wyrażam zgodę na udział mojego dziecka w Treningu Integracyjnym Rodziców i Dzieci </w:t>
      </w:r>
      <w:r w:rsidR="00BD40BA">
        <w:rPr>
          <w:lang w:val="pl-PL"/>
        </w:rPr>
        <w:t>„</w:t>
      </w:r>
      <w:r w:rsidR="00BD40BA" w:rsidRPr="00BD40BA">
        <w:rPr>
          <w:lang w:val="pl-PL"/>
        </w:rPr>
        <w:t>Mega Ruch – Aktywni przez</w:t>
      </w:r>
      <w:r w:rsidR="00BD40BA">
        <w:rPr>
          <w:lang w:val="pl-PL"/>
        </w:rPr>
        <w:t xml:space="preserve"> </w:t>
      </w:r>
      <w:r w:rsidR="00BD40BA" w:rsidRPr="00BD40BA">
        <w:rPr>
          <w:lang w:val="pl-PL"/>
        </w:rPr>
        <w:t>taniec sportowy</w:t>
      </w:r>
      <w:r w:rsidR="00BD40BA">
        <w:rPr>
          <w:lang w:val="pl-PL"/>
        </w:rPr>
        <w:t xml:space="preserve">” </w:t>
      </w:r>
      <w:proofErr w:type="gramStart"/>
      <w:r w:rsidRPr="00BD40BA">
        <w:rPr>
          <w:lang w:val="pl-PL"/>
        </w:rPr>
        <w:t>organizowanym</w:t>
      </w:r>
      <w:r w:rsidR="00BD40BA">
        <w:rPr>
          <w:lang w:val="pl-PL"/>
        </w:rPr>
        <w:t xml:space="preserve"> </w:t>
      </w:r>
      <w:r w:rsidRPr="00BD40BA">
        <w:rPr>
          <w:lang w:val="pl-PL"/>
        </w:rPr>
        <w:t xml:space="preserve"> przez</w:t>
      </w:r>
      <w:proofErr w:type="gramEnd"/>
      <w:r w:rsidRPr="00BD40BA">
        <w:rPr>
          <w:lang w:val="pl-PL"/>
        </w:rPr>
        <w:t xml:space="preserve"> Stowarzyszenie Sportowy Klub Taneczny Mega Dance w Zielonej Górze.</w:t>
      </w:r>
    </w:p>
    <w:p w14:paraId="0B111C8B" w14:textId="1E4DE6EA" w:rsidR="00A516EE" w:rsidRPr="00BD40BA" w:rsidRDefault="00000000">
      <w:pPr>
        <w:rPr>
          <w:lang w:val="pl-PL"/>
        </w:rPr>
      </w:pPr>
      <w:r w:rsidRPr="00BD40BA">
        <w:rPr>
          <w:lang w:val="pl-PL"/>
        </w:rPr>
        <w:t>1. Udział w treningu</w:t>
      </w:r>
      <w:r w:rsidRPr="00BD40BA">
        <w:rPr>
          <w:lang w:val="pl-PL"/>
        </w:rPr>
        <w:br/>
        <w:t>- Oświadczam, że dziecko bierze udział w treningu dobrowolnie, jest zdrowe i nie posiada przeciwwskazań do aktywności fizycznej.</w:t>
      </w:r>
      <w:r w:rsidRPr="00BD40BA">
        <w:rPr>
          <w:lang w:val="pl-PL"/>
        </w:rPr>
        <w:br/>
        <w:t>- Przyjmuję do wiadomości, że aktywność sportowa wiąże się z ryzykiem wystąpienia drobnych urazów i kontuzji. Nie będę wnosić roszczeń wobec organizatora w przypadku zdarzeń wynikających z normalnej aktywności sportowej.</w:t>
      </w:r>
    </w:p>
    <w:p w14:paraId="24FB5AD9" w14:textId="2DA05F13" w:rsidR="00A516EE" w:rsidRPr="00BD40BA" w:rsidRDefault="00000000">
      <w:pPr>
        <w:rPr>
          <w:lang w:val="pl-PL"/>
        </w:rPr>
      </w:pPr>
      <w:r w:rsidRPr="00BD40BA">
        <w:rPr>
          <w:lang w:val="pl-PL"/>
        </w:rPr>
        <w:t>2. Testy sprawnościowe</w:t>
      </w:r>
      <w:r w:rsidRPr="00BD40BA">
        <w:rPr>
          <w:lang w:val="pl-PL"/>
        </w:rPr>
        <w:br/>
        <w:t>- Wyrażam zgodę na przeprowadzenie prostych testów sprawnościowych i pomiarów motorycznych u mojego dziecka (np. bieg, skłon, wyskok, ćwiczenia sprawnościowe).</w:t>
      </w:r>
      <w:r w:rsidRPr="00BD40BA">
        <w:rPr>
          <w:lang w:val="pl-PL"/>
        </w:rPr>
        <w:br/>
        <w:t>- Wyniki testów zostaną przedstawione dziecku i rodzicom, ale będą publikowane wyłącznie w formie anonimowej, bez podawania imion i nazwisk.</w:t>
      </w:r>
    </w:p>
    <w:p w14:paraId="75AF5BAE" w14:textId="4F8698F6" w:rsidR="00A516EE" w:rsidRPr="00BD40BA" w:rsidRDefault="00000000">
      <w:pPr>
        <w:rPr>
          <w:lang w:val="pl-PL"/>
        </w:rPr>
      </w:pPr>
      <w:r w:rsidRPr="00BD40BA">
        <w:rPr>
          <w:lang w:val="pl-PL"/>
        </w:rPr>
        <w:t>3. Zgoda na wykorzystanie wizerunku</w:t>
      </w:r>
      <w:r w:rsidRPr="00BD40BA">
        <w:rPr>
          <w:lang w:val="pl-PL"/>
        </w:rPr>
        <w:br/>
        <w:t>- Wyrażam zgodę na nieodpłatne utrwalanie i wykorzystanie wizerunku mojego dziecka (zdjęcia, nagrania wideo) wykonane podczas treningu integracyjnego przez SKT Mega Dance.</w:t>
      </w:r>
      <w:r w:rsidRPr="00BD40BA">
        <w:rPr>
          <w:lang w:val="pl-PL"/>
        </w:rPr>
        <w:br/>
        <w:t>- Zgoda obejmuje publikację materiałów w celach promocyjnych klubu, w szczególności na stronie internetowej www.megadance.pl, profilu Facebook oraz materiałach informacyjnych i promocyjnych klubu.</w:t>
      </w:r>
    </w:p>
    <w:p w14:paraId="635D2A6E" w14:textId="77777777" w:rsidR="00A516EE" w:rsidRPr="00BD40BA" w:rsidRDefault="00000000">
      <w:pPr>
        <w:rPr>
          <w:lang w:val="pl-PL"/>
        </w:rPr>
      </w:pPr>
      <w:r w:rsidRPr="00BD40BA">
        <w:rPr>
          <w:lang w:val="pl-PL"/>
        </w:rPr>
        <w:t>4. Dobrowolność i poufność</w:t>
      </w:r>
      <w:r w:rsidRPr="00BD40BA">
        <w:rPr>
          <w:lang w:val="pl-PL"/>
        </w:rPr>
        <w:br/>
        <w:t>- Uczestnictwo jest całkowicie dobrowolne, dziecko może w każdej chwili zakończyć udział w zajęciach.</w:t>
      </w:r>
    </w:p>
    <w:p w14:paraId="7648B232" w14:textId="2785956F" w:rsidR="00A516EE" w:rsidRPr="00BD40BA" w:rsidRDefault="00000000">
      <w:pPr>
        <w:rPr>
          <w:lang w:val="pl-PL"/>
        </w:rPr>
      </w:pPr>
      <w:r w:rsidRPr="00BD40BA">
        <w:rPr>
          <w:lang w:val="pl-PL"/>
        </w:rPr>
        <w:t>Miejscowość, data</w:t>
      </w:r>
    </w:p>
    <w:p w14:paraId="55B2C4D4" w14:textId="41680708" w:rsidR="00A516EE" w:rsidRPr="00BD40BA" w:rsidRDefault="00000000">
      <w:pPr>
        <w:rPr>
          <w:lang w:val="pl-PL"/>
        </w:rPr>
      </w:pPr>
      <w:r w:rsidRPr="00BD40BA">
        <w:rPr>
          <w:lang w:val="pl-PL"/>
        </w:rPr>
        <w:t>...............................................</w:t>
      </w:r>
      <w:r w:rsidR="00BD40BA">
        <w:rPr>
          <w:lang w:val="pl-PL"/>
        </w:rPr>
        <w:t xml:space="preserve">                        </w:t>
      </w:r>
      <w:r w:rsidRPr="00BD40BA">
        <w:rPr>
          <w:lang w:val="pl-PL"/>
        </w:rPr>
        <w:t>Podpis rodzica/opiekuna prawnego</w:t>
      </w:r>
    </w:p>
    <w:sectPr w:rsidR="00A516EE" w:rsidRPr="00BD40BA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43823402">
    <w:abstractNumId w:val="8"/>
  </w:num>
  <w:num w:numId="2" w16cid:durableId="1361011310">
    <w:abstractNumId w:val="6"/>
  </w:num>
  <w:num w:numId="3" w16cid:durableId="1430616370">
    <w:abstractNumId w:val="5"/>
  </w:num>
  <w:num w:numId="4" w16cid:durableId="1134837321">
    <w:abstractNumId w:val="4"/>
  </w:num>
  <w:num w:numId="5" w16cid:durableId="534004931">
    <w:abstractNumId w:val="7"/>
  </w:num>
  <w:num w:numId="6" w16cid:durableId="1223978911">
    <w:abstractNumId w:val="3"/>
  </w:num>
  <w:num w:numId="7" w16cid:durableId="1062603722">
    <w:abstractNumId w:val="2"/>
  </w:num>
  <w:num w:numId="8" w16cid:durableId="1780644737">
    <w:abstractNumId w:val="1"/>
  </w:num>
  <w:num w:numId="9" w16cid:durableId="1011181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516EE"/>
    <w:rsid w:val="00AA1D8D"/>
    <w:rsid w:val="00AB711F"/>
    <w:rsid w:val="00B47730"/>
    <w:rsid w:val="00BD40BA"/>
    <w:rsid w:val="00C93BC1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B39313"/>
  <w14:defaultImageDpi w14:val="300"/>
  <w15:docId w15:val="{950124BE-B974-4630-A03B-D46690141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693F"/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WinPro</cp:lastModifiedBy>
  <cp:revision>3</cp:revision>
  <dcterms:created xsi:type="dcterms:W3CDTF">2013-12-23T23:15:00Z</dcterms:created>
  <dcterms:modified xsi:type="dcterms:W3CDTF">2025-10-08T06:47:00Z</dcterms:modified>
  <cp:category/>
</cp:coreProperties>
</file>